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4D6C" w:rsidRDefault="00994D6C" w:rsidP="00994D6C">
      <w:pPr>
        <w:rPr>
          <w:rFonts w:asciiTheme="majorHAnsi" w:hAnsiTheme="majorHAnsi" w:cstheme="majorHAnsi"/>
          <w:noProof/>
        </w:rPr>
      </w:pPr>
      <w:r w:rsidRPr="00137396">
        <w:rPr>
          <w:rFonts w:asciiTheme="majorHAnsi" w:hAnsiTheme="majorHAnsi" w:cstheme="majorHAnsi"/>
          <w:noProof/>
        </w:rPr>
        <w:t xml:space="preserve">CZ / Přisazené LED svítidlo </w:t>
      </w:r>
      <w:r w:rsidR="00116815">
        <w:rPr>
          <w:rFonts w:asciiTheme="majorHAnsi" w:hAnsiTheme="majorHAnsi" w:cstheme="majorHAnsi"/>
          <w:noProof/>
        </w:rPr>
        <w:t xml:space="preserve">s čidlem pohybu </w:t>
      </w:r>
      <w:bookmarkStart w:id="0" w:name="_GoBack"/>
      <w:bookmarkEnd w:id="0"/>
      <w:r w:rsidRPr="00137396">
        <w:rPr>
          <w:rFonts w:asciiTheme="majorHAnsi" w:hAnsiTheme="majorHAnsi" w:cstheme="majorHAnsi"/>
          <w:noProof/>
        </w:rPr>
        <w:t>DEK</w:t>
      </w:r>
    </w:p>
    <w:p w:rsidR="00282B84" w:rsidRPr="00137396" w:rsidRDefault="00282B84" w:rsidP="00282B84">
      <w:pPr>
        <w:rPr>
          <w:rFonts w:asciiTheme="majorHAnsi" w:hAnsiTheme="majorHAnsi" w:cstheme="majorHAnsi"/>
          <w:noProof/>
        </w:rPr>
      </w:pPr>
      <w:r>
        <w:rPr>
          <w:rFonts w:asciiTheme="majorHAnsi" w:hAnsiTheme="majorHAnsi" w:cstheme="majorHAnsi"/>
          <w:noProof/>
        </w:rPr>
        <w:t>Model: SP611</w:t>
      </w:r>
    </w:p>
    <w:p w:rsidR="00910E8D" w:rsidRDefault="00BB4C6D">
      <w:pPr>
        <w:rPr>
          <w:rFonts w:asciiTheme="majorHAnsi" w:hAnsiTheme="majorHAnsi" w:cstheme="majorHAnsi"/>
          <w:noProof/>
        </w:rPr>
      </w:pPr>
      <w:r w:rsidRPr="00DF7B7D">
        <w:rPr>
          <w:rFonts w:asciiTheme="majorHAnsi" w:hAnsiTheme="majorHAnsi" w:cstheme="majorHAnsi"/>
          <w:b/>
          <w:noProof/>
        </w:rPr>
        <w:t>Bezpečnostní</w:t>
      </w:r>
      <w:r w:rsidR="004A713C" w:rsidRPr="00DF7B7D">
        <w:rPr>
          <w:rFonts w:asciiTheme="majorHAnsi" w:hAnsiTheme="majorHAnsi" w:cstheme="majorHAnsi"/>
          <w:b/>
          <w:noProof/>
        </w:rPr>
        <w:t xml:space="preserve"> </w:t>
      </w:r>
      <w:r w:rsidRPr="00DF7B7D">
        <w:rPr>
          <w:rFonts w:asciiTheme="majorHAnsi" w:hAnsiTheme="majorHAnsi" w:cstheme="majorHAnsi"/>
          <w:b/>
          <w:noProof/>
        </w:rPr>
        <w:t>informace:</w:t>
      </w:r>
      <w:r w:rsidRPr="00137396">
        <w:rPr>
          <w:rFonts w:asciiTheme="majorHAnsi" w:hAnsiTheme="majorHAnsi" w:cstheme="majorHAnsi"/>
          <w:noProof/>
        </w:rPr>
        <w:t xml:space="preserve"> Svítidlo je určeno pouze pro pevnou montáž a připojení k síti odpovídající platným normám. Montáž svěřte odborníkovi. Před prováděním manipulace nebo údržby svítidlo vždy odpojte od napájení. Tyto činnosti smí vykonávat pouze kvalifikovaná osoba. Poškozené svítidlo nepoužívejte a nezasahujte do jeho zapojení. Hrozí nebezpečí úrazu elektrickým proudem.</w:t>
      </w:r>
    </w:p>
    <w:p w:rsidR="00DF7B7D" w:rsidRPr="00137396" w:rsidRDefault="00DF7B7D">
      <w:pPr>
        <w:rPr>
          <w:rFonts w:asciiTheme="majorHAnsi" w:hAnsiTheme="majorHAnsi" w:cstheme="majorHAnsi"/>
          <w:noProof/>
        </w:rPr>
      </w:pPr>
    </w:p>
    <w:p w:rsidR="00910E8D" w:rsidRDefault="00BB4C6D">
      <w:pPr>
        <w:rPr>
          <w:rFonts w:asciiTheme="majorHAnsi" w:hAnsiTheme="majorHAnsi" w:cstheme="majorHAnsi"/>
          <w:noProof/>
        </w:rPr>
      </w:pPr>
      <w:r w:rsidRPr="00137396">
        <w:rPr>
          <w:rFonts w:asciiTheme="majorHAnsi" w:hAnsiTheme="majorHAnsi" w:cstheme="majorHAnsi"/>
          <w:noProof/>
        </w:rPr>
        <w:t>SK / Prisadené LED svietidlo s čidlom pohybu DEK</w:t>
      </w:r>
    </w:p>
    <w:p w:rsidR="00282B84" w:rsidRPr="00137396" w:rsidRDefault="00282B84" w:rsidP="00282B84">
      <w:pPr>
        <w:rPr>
          <w:rFonts w:asciiTheme="majorHAnsi" w:hAnsiTheme="majorHAnsi" w:cstheme="majorHAnsi"/>
          <w:noProof/>
        </w:rPr>
      </w:pPr>
      <w:r>
        <w:rPr>
          <w:rFonts w:asciiTheme="majorHAnsi" w:hAnsiTheme="majorHAnsi" w:cstheme="majorHAnsi"/>
          <w:noProof/>
        </w:rPr>
        <w:t>Model: SP611</w:t>
      </w:r>
    </w:p>
    <w:p w:rsidR="00910E8D" w:rsidRPr="00137396" w:rsidRDefault="00BB4C6D">
      <w:pPr>
        <w:rPr>
          <w:rFonts w:asciiTheme="majorHAnsi" w:hAnsiTheme="majorHAnsi" w:cstheme="majorHAnsi"/>
          <w:noProof/>
        </w:rPr>
      </w:pPr>
      <w:r w:rsidRPr="00DF7B7D">
        <w:rPr>
          <w:rFonts w:asciiTheme="majorHAnsi" w:hAnsiTheme="majorHAnsi" w:cstheme="majorHAnsi"/>
          <w:b/>
          <w:noProof/>
        </w:rPr>
        <w:t>Bezpečnostné informácie:</w:t>
      </w:r>
      <w:r w:rsidRPr="00137396">
        <w:rPr>
          <w:rFonts w:asciiTheme="majorHAnsi" w:hAnsiTheme="majorHAnsi" w:cstheme="majorHAnsi"/>
          <w:noProof/>
        </w:rPr>
        <w:t xml:space="preserve"> Svietidlo je určené iba pre pevnú montáž a pripojenie k sieti zodpovedajúcej platným normám. Montáž zverte odborníkovi. Pred vykonávaním manipulácie alebo údržby svietidlo vždy odpojte od napájania. Tieto činnosti smie vykonávať iba kvalifikovaná osoba. Poškodené svietidlo nepoužívajte a nezasahujte do jeho zapojenia. Hrozí nebezpečenstvo úrazu elektrickým prúdom.</w:t>
      </w:r>
    </w:p>
    <w:p w:rsidR="00910E8D" w:rsidRDefault="00910E8D"/>
    <w:sectPr w:rsidR="00910E8D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slovanseznam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slovanseznam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Seznamsodrka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Seznamsodrka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slovanseznam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Seznamsodrka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16815"/>
    <w:rsid w:val="00137396"/>
    <w:rsid w:val="00145BB8"/>
    <w:rsid w:val="0015074B"/>
    <w:rsid w:val="00282B84"/>
    <w:rsid w:val="0029639D"/>
    <w:rsid w:val="00326F90"/>
    <w:rsid w:val="004A713C"/>
    <w:rsid w:val="0067260C"/>
    <w:rsid w:val="008C3937"/>
    <w:rsid w:val="009035DD"/>
    <w:rsid w:val="00910E8D"/>
    <w:rsid w:val="00994D6C"/>
    <w:rsid w:val="00A0125C"/>
    <w:rsid w:val="00A3793C"/>
    <w:rsid w:val="00AA1D8D"/>
    <w:rsid w:val="00B47730"/>
    <w:rsid w:val="00BB4C6D"/>
    <w:rsid w:val="00CB0664"/>
    <w:rsid w:val="00DF7B7D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C693F"/>
    <w:rPr>
      <w:lang w:val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618BF"/>
  </w:style>
  <w:style w:type="paragraph" w:styleId="Zpat">
    <w:name w:val="footer"/>
    <w:basedOn w:val="Normln"/>
    <w:link w:val="Zpat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618BF"/>
  </w:style>
  <w:style w:type="paragraph" w:styleId="Bezmezer">
    <w:name w:val="No Spacing"/>
    <w:uiPriority w:val="1"/>
    <w:qFormat/>
    <w:rsid w:val="00FC693F"/>
    <w:pPr>
      <w:spacing w:after="0" w:line="240" w:lineRule="auto"/>
    </w:pPr>
  </w:style>
  <w:style w:type="character" w:customStyle="1" w:styleId="Nadpis1Char">
    <w:name w:val="Nadpis 1 Char"/>
    <w:basedOn w:val="Standardnpsmoodstavce"/>
    <w:link w:val="Nadpis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zev">
    <w:name w:val="Title"/>
    <w:basedOn w:val="Normln"/>
    <w:next w:val="Normln"/>
    <w:link w:val="Nzev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FC693F"/>
    <w:pPr>
      <w:ind w:left="720"/>
      <w:contextualSpacing/>
    </w:pPr>
  </w:style>
  <w:style w:type="paragraph" w:styleId="Zkladntext">
    <w:name w:val="Body Text"/>
    <w:basedOn w:val="Normln"/>
    <w:link w:val="ZkladntextChar"/>
    <w:uiPriority w:val="99"/>
    <w:unhideWhenUsed/>
    <w:rsid w:val="00AA1D8D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AA1D8D"/>
  </w:style>
  <w:style w:type="paragraph" w:styleId="Zkladntext2">
    <w:name w:val="Body Text 2"/>
    <w:basedOn w:val="Normln"/>
    <w:link w:val="Zkladntext2Char"/>
    <w:uiPriority w:val="99"/>
    <w:unhideWhenUsed/>
    <w:rsid w:val="00AA1D8D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rsid w:val="00AA1D8D"/>
  </w:style>
  <w:style w:type="paragraph" w:styleId="Zkladntext3">
    <w:name w:val="Body Text 3"/>
    <w:basedOn w:val="Normln"/>
    <w:link w:val="Zkladn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rsid w:val="00AA1D8D"/>
    <w:rPr>
      <w:sz w:val="16"/>
      <w:szCs w:val="16"/>
    </w:rPr>
  </w:style>
  <w:style w:type="paragraph" w:styleId="Seznam">
    <w:name w:val="List"/>
    <w:basedOn w:val="Normln"/>
    <w:uiPriority w:val="99"/>
    <w:unhideWhenUsed/>
    <w:rsid w:val="00AA1D8D"/>
    <w:pPr>
      <w:ind w:left="360" w:hanging="360"/>
      <w:contextualSpacing/>
    </w:pPr>
  </w:style>
  <w:style w:type="paragraph" w:styleId="Seznam2">
    <w:name w:val="List 2"/>
    <w:basedOn w:val="Normln"/>
    <w:uiPriority w:val="99"/>
    <w:unhideWhenUsed/>
    <w:rsid w:val="00326F90"/>
    <w:pPr>
      <w:ind w:left="720" w:hanging="360"/>
      <w:contextualSpacing/>
    </w:pPr>
  </w:style>
  <w:style w:type="paragraph" w:styleId="Seznam3">
    <w:name w:val="List 3"/>
    <w:basedOn w:val="Normln"/>
    <w:uiPriority w:val="99"/>
    <w:unhideWhenUsed/>
    <w:rsid w:val="00326F90"/>
    <w:pPr>
      <w:ind w:left="1080" w:hanging="360"/>
      <w:contextualSpacing/>
    </w:pPr>
  </w:style>
  <w:style w:type="paragraph" w:styleId="Seznamsodrkami">
    <w:name w:val="List Bullet"/>
    <w:basedOn w:val="Normln"/>
    <w:uiPriority w:val="99"/>
    <w:unhideWhenUsed/>
    <w:rsid w:val="00326F90"/>
    <w:pPr>
      <w:numPr>
        <w:numId w:val="1"/>
      </w:numPr>
      <w:contextualSpacing/>
    </w:pPr>
  </w:style>
  <w:style w:type="paragraph" w:styleId="Seznamsodrkami2">
    <w:name w:val="List Bullet 2"/>
    <w:basedOn w:val="Normln"/>
    <w:uiPriority w:val="99"/>
    <w:unhideWhenUsed/>
    <w:rsid w:val="00326F90"/>
    <w:pPr>
      <w:numPr>
        <w:numId w:val="2"/>
      </w:numPr>
      <w:contextualSpacing/>
    </w:pPr>
  </w:style>
  <w:style w:type="paragraph" w:styleId="Seznamsodrkami3">
    <w:name w:val="List Bullet 3"/>
    <w:basedOn w:val="Normln"/>
    <w:uiPriority w:val="99"/>
    <w:unhideWhenUsed/>
    <w:rsid w:val="00326F90"/>
    <w:pPr>
      <w:numPr>
        <w:numId w:val="3"/>
      </w:numPr>
      <w:contextualSpacing/>
    </w:pPr>
  </w:style>
  <w:style w:type="paragraph" w:styleId="slovanseznam">
    <w:name w:val="List Number"/>
    <w:basedOn w:val="Normln"/>
    <w:uiPriority w:val="99"/>
    <w:unhideWhenUsed/>
    <w:rsid w:val="00326F90"/>
    <w:pPr>
      <w:numPr>
        <w:numId w:val="5"/>
      </w:numPr>
      <w:contextualSpacing/>
    </w:pPr>
  </w:style>
  <w:style w:type="paragraph" w:styleId="slovanseznam2">
    <w:name w:val="List Number 2"/>
    <w:basedOn w:val="Normln"/>
    <w:uiPriority w:val="99"/>
    <w:unhideWhenUsed/>
    <w:rsid w:val="0029639D"/>
    <w:pPr>
      <w:numPr>
        <w:numId w:val="6"/>
      </w:numPr>
      <w:contextualSpacing/>
    </w:pPr>
  </w:style>
  <w:style w:type="paragraph" w:styleId="slovanseznam3">
    <w:name w:val="List Number 3"/>
    <w:basedOn w:val="Normln"/>
    <w:uiPriority w:val="99"/>
    <w:unhideWhenUsed/>
    <w:rsid w:val="0029639D"/>
    <w:pPr>
      <w:numPr>
        <w:numId w:val="7"/>
      </w:numPr>
      <w:contextualSpacing/>
    </w:pPr>
  </w:style>
  <w:style w:type="paragraph" w:styleId="Pokraovnseznamu">
    <w:name w:val="List Continue"/>
    <w:basedOn w:val="Normln"/>
    <w:uiPriority w:val="99"/>
    <w:unhideWhenUsed/>
    <w:rsid w:val="0029639D"/>
    <w:pPr>
      <w:spacing w:after="120"/>
      <w:ind w:left="360"/>
      <w:contextualSpacing/>
    </w:pPr>
  </w:style>
  <w:style w:type="paragraph" w:styleId="Pokraovnseznamu2">
    <w:name w:val="List Continue 2"/>
    <w:basedOn w:val="Normln"/>
    <w:uiPriority w:val="99"/>
    <w:unhideWhenUsed/>
    <w:rsid w:val="0029639D"/>
    <w:pPr>
      <w:spacing w:after="120"/>
      <w:ind w:left="720"/>
      <w:contextualSpacing/>
    </w:pPr>
  </w:style>
  <w:style w:type="paragraph" w:styleId="Pokraovnseznamu3">
    <w:name w:val="List Continue 3"/>
    <w:basedOn w:val="Normln"/>
    <w:uiPriority w:val="99"/>
    <w:unhideWhenUsed/>
    <w:rsid w:val="0029639D"/>
    <w:pPr>
      <w:spacing w:after="120"/>
      <w:ind w:left="1080"/>
      <w:contextualSpacing/>
    </w:pPr>
  </w:style>
  <w:style w:type="paragraph" w:styleId="Textmakra">
    <w:name w:val="macro"/>
    <w:link w:val="Textmakra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makraChar">
    <w:name w:val="Text makra Char"/>
    <w:basedOn w:val="Standardnpsmoodstavce"/>
    <w:link w:val="Textmakra"/>
    <w:uiPriority w:val="99"/>
    <w:rsid w:val="0029639D"/>
    <w:rPr>
      <w:rFonts w:ascii="Courier" w:hAnsi="Courier"/>
      <w:sz w:val="20"/>
      <w:szCs w:val="20"/>
    </w:rPr>
  </w:style>
  <w:style w:type="paragraph" w:styleId="Citt">
    <w:name w:val="Quote"/>
    <w:basedOn w:val="Normln"/>
    <w:next w:val="Normln"/>
    <w:link w:val="CittChar"/>
    <w:uiPriority w:val="29"/>
    <w:qFormat/>
    <w:rsid w:val="00FC693F"/>
    <w:rPr>
      <w:i/>
      <w:iCs/>
      <w:color w:val="000000" w:themeColor="text1"/>
    </w:rPr>
  </w:style>
  <w:style w:type="character" w:customStyle="1" w:styleId="CittChar">
    <w:name w:val="Citát Char"/>
    <w:basedOn w:val="Standardnpsmoodstavce"/>
    <w:link w:val="Citt"/>
    <w:uiPriority w:val="29"/>
    <w:rsid w:val="00FC693F"/>
    <w:rPr>
      <w:i/>
      <w:iCs/>
      <w:color w:val="000000" w:themeColor="text1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iln">
    <w:name w:val="Strong"/>
    <w:basedOn w:val="Standardnpsmoodstavce"/>
    <w:uiPriority w:val="22"/>
    <w:qFormat/>
    <w:rsid w:val="00FC693F"/>
    <w:rPr>
      <w:b/>
      <w:bCs/>
    </w:rPr>
  </w:style>
  <w:style w:type="character" w:styleId="Zvraznn">
    <w:name w:val="Emphasis"/>
    <w:basedOn w:val="Standardnpsmoodstavce"/>
    <w:uiPriority w:val="20"/>
    <w:qFormat/>
    <w:rsid w:val="00FC693F"/>
    <w:rPr>
      <w:i/>
      <w:iCs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FC693F"/>
    <w:rPr>
      <w:b/>
      <w:bCs/>
      <w:i/>
      <w:iCs/>
      <w:color w:val="4F81BD" w:themeColor="accent1"/>
    </w:rPr>
  </w:style>
  <w:style w:type="character" w:styleId="Zdraznnjemn">
    <w:name w:val="Subtle Emphasis"/>
    <w:basedOn w:val="Standardnpsmoodstavce"/>
    <w:uiPriority w:val="19"/>
    <w:qFormat/>
    <w:rsid w:val="00FC693F"/>
    <w:rPr>
      <w:i/>
      <w:iCs/>
      <w:color w:val="808080" w:themeColor="text1" w:themeTint="7F"/>
    </w:rPr>
  </w:style>
  <w:style w:type="character" w:styleId="Zdraznnintenzivn">
    <w:name w:val="Intense Emphasis"/>
    <w:basedOn w:val="Standardnpsmoodstavce"/>
    <w:uiPriority w:val="21"/>
    <w:qFormat/>
    <w:rsid w:val="00FC693F"/>
    <w:rPr>
      <w:b/>
      <w:bCs/>
      <w:i/>
      <w:iCs/>
      <w:color w:val="4F81BD" w:themeColor="accent1"/>
    </w:rPr>
  </w:style>
  <w:style w:type="character" w:styleId="Odkazjemn">
    <w:name w:val="Subtle Reference"/>
    <w:basedOn w:val="Standardnpsmoodstavce"/>
    <w:uiPriority w:val="31"/>
    <w:qFormat/>
    <w:rsid w:val="00FC693F"/>
    <w:rPr>
      <w:smallCaps/>
      <w:color w:val="C0504D" w:themeColor="accent2"/>
      <w:u w:val="single"/>
    </w:rPr>
  </w:style>
  <w:style w:type="character" w:styleId="Odkazintenzivn">
    <w:name w:val="Intense Reference"/>
    <w:basedOn w:val="Standardnpsmoodstavce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Nzevknihy">
    <w:name w:val="Book Title"/>
    <w:basedOn w:val="Standardnpsmoodstavce"/>
    <w:uiPriority w:val="33"/>
    <w:qFormat/>
    <w:rsid w:val="00FC693F"/>
    <w:rPr>
      <w:b/>
      <w:bCs/>
      <w:smallCaps/>
      <w:spacing w:val="5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FC693F"/>
    <w:pPr>
      <w:outlineLvl w:val="9"/>
    </w:pPr>
  </w:style>
  <w:style w:type="table" w:styleId="Mkatabulky">
    <w:name w:val="Table Grid"/>
    <w:basedOn w:val="Normlntabulka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vtlstnovn">
    <w:name w:val="Light Shading"/>
    <w:basedOn w:val="Normlntabulka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tlstnovnzvraznn1">
    <w:name w:val="Light Shading Accent 1"/>
    <w:basedOn w:val="Normlntabulka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2">
    <w:name w:val="Light Shading Accent 2"/>
    <w:basedOn w:val="Normlntabulka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tlstnovnzvraznn3">
    <w:name w:val="Light Shading Accent 3"/>
    <w:basedOn w:val="Normlntabulka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tlstnovnzvraznn4">
    <w:name w:val="Light Shading Accent 4"/>
    <w:basedOn w:val="Normlntabulka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tlstnovnzvraznn5">
    <w:name w:val="Light Shading Accent 5"/>
    <w:basedOn w:val="Normlntabulka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tlstnovnzvraznn6">
    <w:name w:val="Light Shading Accent 6"/>
    <w:basedOn w:val="Normlntabulka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Svtlseznam">
    <w:name w:val="Light List"/>
    <w:basedOn w:val="Normlntabulka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Svtlseznamzvraznn1">
    <w:name w:val="Light List Accent 1"/>
    <w:basedOn w:val="Normlntabulka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Svtlseznamzvraznn2">
    <w:name w:val="Light List Accent 2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Svtlseznamzvraznn3">
    <w:name w:val="Light List Accent 3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Svtlseznamzvraznn4">
    <w:name w:val="Light List Accent 4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Svtlseznamzvraznn5">
    <w:name w:val="Light List Accent 5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Svtlseznamzvraznn6">
    <w:name w:val="Light List Accent 6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Svtlmka">
    <w:name w:val="Light Grid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Svtlmkazvraznn1">
    <w:name w:val="Light Grid Accent 1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Svtlmkazvraznn2">
    <w:name w:val="Light Grid Accent 2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Svtlmkazvraznn3">
    <w:name w:val="Light Grid Accent 3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Svtlmkazvraznn4">
    <w:name w:val="Light Grid Accent 4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Svtlmkazvraznn5">
    <w:name w:val="Light Grid Accent 5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Svtlmkazvraznn6">
    <w:name w:val="Light Grid Accent 6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tednstnovn1">
    <w:name w:val="Medium Shading 1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1">
    <w:name w:val="Medium Shading 1 Accent 1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2">
    <w:name w:val="Medium Shading 1 Accent 2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3">
    <w:name w:val="Medium Shading 1 Accent 3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4">
    <w:name w:val="Medium Shading 1 Accent 4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5">
    <w:name w:val="Medium Shading 1 Accent 5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6">
    <w:name w:val="Medium Shading 1 Accent 6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2">
    <w:name w:val="Medium Shading 2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1">
    <w:name w:val="Medium Shading 2 Accent 1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2">
    <w:name w:val="Medium Shading 2 Accent 2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3">
    <w:name w:val="Medium Shading 2 Accent 3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4">
    <w:name w:val="Medium Shading 2 Accent 4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5">
    <w:name w:val="Medium Shading 2 Accent 5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6">
    <w:name w:val="Medium Shading 2 Accent 6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eznam1">
    <w:name w:val="Medium List 1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tednseznam1zvraznn1">
    <w:name w:val="Medium List 1 Accent 1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tednseznam1zvraznn2">
    <w:name w:val="Medium List 1 Accent 2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tednseznam1zvraznn3">
    <w:name w:val="Medium List 1 Accent 3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tednseznam1zvraznn4">
    <w:name w:val="Medium List 1 Accent 4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tednseznam1zvraznn5">
    <w:name w:val="Medium List 1 Accent 5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tednseznam1zvraznn6">
    <w:name w:val="Medium List 1 Accent 6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tednseznam2">
    <w:name w:val="Medium List 2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1">
    <w:name w:val="Medium List 2 Accent 1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2">
    <w:name w:val="Medium List 2 Accent 2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3">
    <w:name w:val="Medium List 2 Accent 3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4">
    <w:name w:val="Medium List 2 Accent 4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5">
    <w:name w:val="Medium List 2 Accent 5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6">
    <w:name w:val="Medium List 2 Accent 6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mka1">
    <w:name w:val="Medium Grid 1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tednmka1zvraznn1">
    <w:name w:val="Medium Grid 1 Accent 1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tednmka1zvraznn2">
    <w:name w:val="Medium Grid 1 Accent 2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tednmka1zvraznn3">
    <w:name w:val="Medium Grid 1 Accent 3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tednmka1zvraznn4">
    <w:name w:val="Medium Grid 1 Accent 4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tednmka1zvraznn5">
    <w:name w:val="Medium Grid 1 Accent 5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tednmka1zvraznn6">
    <w:name w:val="Medium Grid 1 Accent 6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tednmka2">
    <w:name w:val="Medium Grid 2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1">
    <w:name w:val="Medium Grid 2 Accent 1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2">
    <w:name w:val="Medium Grid 2 Accent 2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3">
    <w:name w:val="Medium Grid 2 Accent 3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4">
    <w:name w:val="Medium Grid 2 Accent 4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5">
    <w:name w:val="Medium Grid 2 Accent 5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6">
    <w:name w:val="Medium Grid 2 Accent 6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3">
    <w:name w:val="Medium Grid 3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Stednmka3zvraznn1">
    <w:name w:val="Medium Grid 3 Accent 1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Stednmka3zvraznn2">
    <w:name w:val="Medium Grid 3 Accent 2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Stednmka3zvraznn3">
    <w:name w:val="Medium Grid 3 Accent 3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Stednmka3zvraznn4">
    <w:name w:val="Medium Grid 3 Accent 4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Stednmka3zvraznn5">
    <w:name w:val="Medium Grid 3 Accent 5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Stednmka3zvraznn6">
    <w:name w:val="Medium Grid 3 Accent 6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Tmavseznam">
    <w:name w:val="Dark List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mavseznamzvraznn1">
    <w:name w:val="Dark List Accent 1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mavseznamzvraznn2">
    <w:name w:val="Dark List Accent 2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mavseznamzvraznn3">
    <w:name w:val="Dark List Accent 3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mavseznamzvraznn4">
    <w:name w:val="Dark List Accent 4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mavseznamzvraznn5">
    <w:name w:val="Dark List Accent 5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mavseznamzvraznn6">
    <w:name w:val="Dark List Accent 6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Barevnstnovn">
    <w:name w:val="Colorful Shading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1">
    <w:name w:val="Colorful Shading Accent 1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2">
    <w:name w:val="Colorful Shading Accent 2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3">
    <w:name w:val="Colorful Shading Accent 3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Barevnstnovnzvraznn4">
    <w:name w:val="Colorful Shading Accent 4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5">
    <w:name w:val="Colorful Shading Accent 5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6">
    <w:name w:val="Colorful Shading Accent 6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eznam">
    <w:name w:val="Colorful List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Barevnseznamzvraznn1">
    <w:name w:val="Colorful List Accent 1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Barevnseznamzvraznn2">
    <w:name w:val="Colorful List Accent 2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Barevnseznamzvraznn3">
    <w:name w:val="Colorful List Accent 3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Barevnseznamzvraznn4">
    <w:name w:val="Colorful List Accent 4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Barevnseznamzvraznn5">
    <w:name w:val="Colorful List Accent 5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Barevnseznamzvraznn6">
    <w:name w:val="Colorful List Accent 6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Barevnmka">
    <w:name w:val="Colorful Grid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Barevnmkazvraznn1">
    <w:name w:val="Colorful Grid Accent 1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Barevnmkazvraznn2">
    <w:name w:val="Colorful Grid Accent 2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Barevnmkazvraznn3">
    <w:name w:val="Colorful Grid Accent 3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Barevnmkazvraznn4">
    <w:name w:val="Colorful Grid Accent 4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Barevnmkazvraznn5">
    <w:name w:val="Colorful Grid Accent 5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Barevnmkazvraznn6">
    <w:name w:val="Colorful Grid Accent 6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C693F"/>
    <w:rPr>
      <w:lang w:val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618BF"/>
  </w:style>
  <w:style w:type="paragraph" w:styleId="Zpat">
    <w:name w:val="footer"/>
    <w:basedOn w:val="Normln"/>
    <w:link w:val="Zpat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618BF"/>
  </w:style>
  <w:style w:type="paragraph" w:styleId="Bezmezer">
    <w:name w:val="No Spacing"/>
    <w:uiPriority w:val="1"/>
    <w:qFormat/>
    <w:rsid w:val="00FC693F"/>
    <w:pPr>
      <w:spacing w:after="0" w:line="240" w:lineRule="auto"/>
    </w:pPr>
  </w:style>
  <w:style w:type="character" w:customStyle="1" w:styleId="Nadpis1Char">
    <w:name w:val="Nadpis 1 Char"/>
    <w:basedOn w:val="Standardnpsmoodstavce"/>
    <w:link w:val="Nadpis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zev">
    <w:name w:val="Title"/>
    <w:basedOn w:val="Normln"/>
    <w:next w:val="Normln"/>
    <w:link w:val="Nzev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FC693F"/>
    <w:pPr>
      <w:ind w:left="720"/>
      <w:contextualSpacing/>
    </w:pPr>
  </w:style>
  <w:style w:type="paragraph" w:styleId="Zkladntext">
    <w:name w:val="Body Text"/>
    <w:basedOn w:val="Normln"/>
    <w:link w:val="ZkladntextChar"/>
    <w:uiPriority w:val="99"/>
    <w:unhideWhenUsed/>
    <w:rsid w:val="00AA1D8D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AA1D8D"/>
  </w:style>
  <w:style w:type="paragraph" w:styleId="Zkladntext2">
    <w:name w:val="Body Text 2"/>
    <w:basedOn w:val="Normln"/>
    <w:link w:val="Zkladntext2Char"/>
    <w:uiPriority w:val="99"/>
    <w:unhideWhenUsed/>
    <w:rsid w:val="00AA1D8D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rsid w:val="00AA1D8D"/>
  </w:style>
  <w:style w:type="paragraph" w:styleId="Zkladntext3">
    <w:name w:val="Body Text 3"/>
    <w:basedOn w:val="Normln"/>
    <w:link w:val="Zkladn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rsid w:val="00AA1D8D"/>
    <w:rPr>
      <w:sz w:val="16"/>
      <w:szCs w:val="16"/>
    </w:rPr>
  </w:style>
  <w:style w:type="paragraph" w:styleId="Seznam">
    <w:name w:val="List"/>
    <w:basedOn w:val="Normln"/>
    <w:uiPriority w:val="99"/>
    <w:unhideWhenUsed/>
    <w:rsid w:val="00AA1D8D"/>
    <w:pPr>
      <w:ind w:left="360" w:hanging="360"/>
      <w:contextualSpacing/>
    </w:pPr>
  </w:style>
  <w:style w:type="paragraph" w:styleId="Seznam2">
    <w:name w:val="List 2"/>
    <w:basedOn w:val="Normln"/>
    <w:uiPriority w:val="99"/>
    <w:unhideWhenUsed/>
    <w:rsid w:val="00326F90"/>
    <w:pPr>
      <w:ind w:left="720" w:hanging="360"/>
      <w:contextualSpacing/>
    </w:pPr>
  </w:style>
  <w:style w:type="paragraph" w:styleId="Seznam3">
    <w:name w:val="List 3"/>
    <w:basedOn w:val="Normln"/>
    <w:uiPriority w:val="99"/>
    <w:unhideWhenUsed/>
    <w:rsid w:val="00326F90"/>
    <w:pPr>
      <w:ind w:left="1080" w:hanging="360"/>
      <w:contextualSpacing/>
    </w:pPr>
  </w:style>
  <w:style w:type="paragraph" w:styleId="Seznamsodrkami">
    <w:name w:val="List Bullet"/>
    <w:basedOn w:val="Normln"/>
    <w:uiPriority w:val="99"/>
    <w:unhideWhenUsed/>
    <w:rsid w:val="00326F90"/>
    <w:pPr>
      <w:numPr>
        <w:numId w:val="1"/>
      </w:numPr>
      <w:contextualSpacing/>
    </w:pPr>
  </w:style>
  <w:style w:type="paragraph" w:styleId="Seznamsodrkami2">
    <w:name w:val="List Bullet 2"/>
    <w:basedOn w:val="Normln"/>
    <w:uiPriority w:val="99"/>
    <w:unhideWhenUsed/>
    <w:rsid w:val="00326F90"/>
    <w:pPr>
      <w:numPr>
        <w:numId w:val="2"/>
      </w:numPr>
      <w:contextualSpacing/>
    </w:pPr>
  </w:style>
  <w:style w:type="paragraph" w:styleId="Seznamsodrkami3">
    <w:name w:val="List Bullet 3"/>
    <w:basedOn w:val="Normln"/>
    <w:uiPriority w:val="99"/>
    <w:unhideWhenUsed/>
    <w:rsid w:val="00326F90"/>
    <w:pPr>
      <w:numPr>
        <w:numId w:val="3"/>
      </w:numPr>
      <w:contextualSpacing/>
    </w:pPr>
  </w:style>
  <w:style w:type="paragraph" w:styleId="slovanseznam">
    <w:name w:val="List Number"/>
    <w:basedOn w:val="Normln"/>
    <w:uiPriority w:val="99"/>
    <w:unhideWhenUsed/>
    <w:rsid w:val="00326F90"/>
    <w:pPr>
      <w:numPr>
        <w:numId w:val="5"/>
      </w:numPr>
      <w:contextualSpacing/>
    </w:pPr>
  </w:style>
  <w:style w:type="paragraph" w:styleId="slovanseznam2">
    <w:name w:val="List Number 2"/>
    <w:basedOn w:val="Normln"/>
    <w:uiPriority w:val="99"/>
    <w:unhideWhenUsed/>
    <w:rsid w:val="0029639D"/>
    <w:pPr>
      <w:numPr>
        <w:numId w:val="6"/>
      </w:numPr>
      <w:contextualSpacing/>
    </w:pPr>
  </w:style>
  <w:style w:type="paragraph" w:styleId="slovanseznam3">
    <w:name w:val="List Number 3"/>
    <w:basedOn w:val="Normln"/>
    <w:uiPriority w:val="99"/>
    <w:unhideWhenUsed/>
    <w:rsid w:val="0029639D"/>
    <w:pPr>
      <w:numPr>
        <w:numId w:val="7"/>
      </w:numPr>
      <w:contextualSpacing/>
    </w:pPr>
  </w:style>
  <w:style w:type="paragraph" w:styleId="Pokraovnseznamu">
    <w:name w:val="List Continue"/>
    <w:basedOn w:val="Normln"/>
    <w:uiPriority w:val="99"/>
    <w:unhideWhenUsed/>
    <w:rsid w:val="0029639D"/>
    <w:pPr>
      <w:spacing w:after="120"/>
      <w:ind w:left="360"/>
      <w:contextualSpacing/>
    </w:pPr>
  </w:style>
  <w:style w:type="paragraph" w:styleId="Pokraovnseznamu2">
    <w:name w:val="List Continue 2"/>
    <w:basedOn w:val="Normln"/>
    <w:uiPriority w:val="99"/>
    <w:unhideWhenUsed/>
    <w:rsid w:val="0029639D"/>
    <w:pPr>
      <w:spacing w:after="120"/>
      <w:ind w:left="720"/>
      <w:contextualSpacing/>
    </w:pPr>
  </w:style>
  <w:style w:type="paragraph" w:styleId="Pokraovnseznamu3">
    <w:name w:val="List Continue 3"/>
    <w:basedOn w:val="Normln"/>
    <w:uiPriority w:val="99"/>
    <w:unhideWhenUsed/>
    <w:rsid w:val="0029639D"/>
    <w:pPr>
      <w:spacing w:after="120"/>
      <w:ind w:left="1080"/>
      <w:contextualSpacing/>
    </w:pPr>
  </w:style>
  <w:style w:type="paragraph" w:styleId="Textmakra">
    <w:name w:val="macro"/>
    <w:link w:val="Textmakra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makraChar">
    <w:name w:val="Text makra Char"/>
    <w:basedOn w:val="Standardnpsmoodstavce"/>
    <w:link w:val="Textmakra"/>
    <w:uiPriority w:val="99"/>
    <w:rsid w:val="0029639D"/>
    <w:rPr>
      <w:rFonts w:ascii="Courier" w:hAnsi="Courier"/>
      <w:sz w:val="20"/>
      <w:szCs w:val="20"/>
    </w:rPr>
  </w:style>
  <w:style w:type="paragraph" w:styleId="Citt">
    <w:name w:val="Quote"/>
    <w:basedOn w:val="Normln"/>
    <w:next w:val="Normln"/>
    <w:link w:val="CittChar"/>
    <w:uiPriority w:val="29"/>
    <w:qFormat/>
    <w:rsid w:val="00FC693F"/>
    <w:rPr>
      <w:i/>
      <w:iCs/>
      <w:color w:val="000000" w:themeColor="text1"/>
    </w:rPr>
  </w:style>
  <w:style w:type="character" w:customStyle="1" w:styleId="CittChar">
    <w:name w:val="Citát Char"/>
    <w:basedOn w:val="Standardnpsmoodstavce"/>
    <w:link w:val="Citt"/>
    <w:uiPriority w:val="29"/>
    <w:rsid w:val="00FC693F"/>
    <w:rPr>
      <w:i/>
      <w:iCs/>
      <w:color w:val="000000" w:themeColor="text1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iln">
    <w:name w:val="Strong"/>
    <w:basedOn w:val="Standardnpsmoodstavce"/>
    <w:uiPriority w:val="22"/>
    <w:qFormat/>
    <w:rsid w:val="00FC693F"/>
    <w:rPr>
      <w:b/>
      <w:bCs/>
    </w:rPr>
  </w:style>
  <w:style w:type="character" w:styleId="Zvraznn">
    <w:name w:val="Emphasis"/>
    <w:basedOn w:val="Standardnpsmoodstavce"/>
    <w:uiPriority w:val="20"/>
    <w:qFormat/>
    <w:rsid w:val="00FC693F"/>
    <w:rPr>
      <w:i/>
      <w:iCs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FC693F"/>
    <w:rPr>
      <w:b/>
      <w:bCs/>
      <w:i/>
      <w:iCs/>
      <w:color w:val="4F81BD" w:themeColor="accent1"/>
    </w:rPr>
  </w:style>
  <w:style w:type="character" w:styleId="Zdraznnjemn">
    <w:name w:val="Subtle Emphasis"/>
    <w:basedOn w:val="Standardnpsmoodstavce"/>
    <w:uiPriority w:val="19"/>
    <w:qFormat/>
    <w:rsid w:val="00FC693F"/>
    <w:rPr>
      <w:i/>
      <w:iCs/>
      <w:color w:val="808080" w:themeColor="text1" w:themeTint="7F"/>
    </w:rPr>
  </w:style>
  <w:style w:type="character" w:styleId="Zdraznnintenzivn">
    <w:name w:val="Intense Emphasis"/>
    <w:basedOn w:val="Standardnpsmoodstavce"/>
    <w:uiPriority w:val="21"/>
    <w:qFormat/>
    <w:rsid w:val="00FC693F"/>
    <w:rPr>
      <w:b/>
      <w:bCs/>
      <w:i/>
      <w:iCs/>
      <w:color w:val="4F81BD" w:themeColor="accent1"/>
    </w:rPr>
  </w:style>
  <w:style w:type="character" w:styleId="Odkazjemn">
    <w:name w:val="Subtle Reference"/>
    <w:basedOn w:val="Standardnpsmoodstavce"/>
    <w:uiPriority w:val="31"/>
    <w:qFormat/>
    <w:rsid w:val="00FC693F"/>
    <w:rPr>
      <w:smallCaps/>
      <w:color w:val="C0504D" w:themeColor="accent2"/>
      <w:u w:val="single"/>
    </w:rPr>
  </w:style>
  <w:style w:type="character" w:styleId="Odkazintenzivn">
    <w:name w:val="Intense Reference"/>
    <w:basedOn w:val="Standardnpsmoodstavce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Nzevknihy">
    <w:name w:val="Book Title"/>
    <w:basedOn w:val="Standardnpsmoodstavce"/>
    <w:uiPriority w:val="33"/>
    <w:qFormat/>
    <w:rsid w:val="00FC693F"/>
    <w:rPr>
      <w:b/>
      <w:bCs/>
      <w:smallCaps/>
      <w:spacing w:val="5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FC693F"/>
    <w:pPr>
      <w:outlineLvl w:val="9"/>
    </w:pPr>
  </w:style>
  <w:style w:type="table" w:styleId="Mkatabulky">
    <w:name w:val="Table Grid"/>
    <w:basedOn w:val="Normlntabulka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vtlstnovn">
    <w:name w:val="Light Shading"/>
    <w:basedOn w:val="Normlntabulka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tlstnovnzvraznn1">
    <w:name w:val="Light Shading Accent 1"/>
    <w:basedOn w:val="Normlntabulka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2">
    <w:name w:val="Light Shading Accent 2"/>
    <w:basedOn w:val="Normlntabulka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tlstnovnzvraznn3">
    <w:name w:val="Light Shading Accent 3"/>
    <w:basedOn w:val="Normlntabulka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tlstnovnzvraznn4">
    <w:name w:val="Light Shading Accent 4"/>
    <w:basedOn w:val="Normlntabulka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tlstnovnzvraznn5">
    <w:name w:val="Light Shading Accent 5"/>
    <w:basedOn w:val="Normlntabulka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tlstnovnzvraznn6">
    <w:name w:val="Light Shading Accent 6"/>
    <w:basedOn w:val="Normlntabulka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Svtlseznam">
    <w:name w:val="Light List"/>
    <w:basedOn w:val="Normlntabulka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Svtlseznamzvraznn1">
    <w:name w:val="Light List Accent 1"/>
    <w:basedOn w:val="Normlntabulka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Svtlseznamzvraznn2">
    <w:name w:val="Light List Accent 2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Svtlseznamzvraznn3">
    <w:name w:val="Light List Accent 3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Svtlseznamzvraznn4">
    <w:name w:val="Light List Accent 4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Svtlseznamzvraznn5">
    <w:name w:val="Light List Accent 5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Svtlseznamzvraznn6">
    <w:name w:val="Light List Accent 6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Svtlmka">
    <w:name w:val="Light Grid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Svtlmkazvraznn1">
    <w:name w:val="Light Grid Accent 1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Svtlmkazvraznn2">
    <w:name w:val="Light Grid Accent 2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Svtlmkazvraznn3">
    <w:name w:val="Light Grid Accent 3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Svtlmkazvraznn4">
    <w:name w:val="Light Grid Accent 4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Svtlmkazvraznn5">
    <w:name w:val="Light Grid Accent 5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Svtlmkazvraznn6">
    <w:name w:val="Light Grid Accent 6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tednstnovn1">
    <w:name w:val="Medium Shading 1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1">
    <w:name w:val="Medium Shading 1 Accent 1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2">
    <w:name w:val="Medium Shading 1 Accent 2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3">
    <w:name w:val="Medium Shading 1 Accent 3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4">
    <w:name w:val="Medium Shading 1 Accent 4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5">
    <w:name w:val="Medium Shading 1 Accent 5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6">
    <w:name w:val="Medium Shading 1 Accent 6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2">
    <w:name w:val="Medium Shading 2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1">
    <w:name w:val="Medium Shading 2 Accent 1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2">
    <w:name w:val="Medium Shading 2 Accent 2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3">
    <w:name w:val="Medium Shading 2 Accent 3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4">
    <w:name w:val="Medium Shading 2 Accent 4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5">
    <w:name w:val="Medium Shading 2 Accent 5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6">
    <w:name w:val="Medium Shading 2 Accent 6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eznam1">
    <w:name w:val="Medium List 1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tednseznam1zvraznn1">
    <w:name w:val="Medium List 1 Accent 1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tednseznam1zvraznn2">
    <w:name w:val="Medium List 1 Accent 2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tednseznam1zvraznn3">
    <w:name w:val="Medium List 1 Accent 3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tednseznam1zvraznn4">
    <w:name w:val="Medium List 1 Accent 4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tednseznam1zvraznn5">
    <w:name w:val="Medium List 1 Accent 5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tednseznam1zvraznn6">
    <w:name w:val="Medium List 1 Accent 6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tednseznam2">
    <w:name w:val="Medium List 2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1">
    <w:name w:val="Medium List 2 Accent 1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2">
    <w:name w:val="Medium List 2 Accent 2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3">
    <w:name w:val="Medium List 2 Accent 3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4">
    <w:name w:val="Medium List 2 Accent 4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5">
    <w:name w:val="Medium List 2 Accent 5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6">
    <w:name w:val="Medium List 2 Accent 6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mka1">
    <w:name w:val="Medium Grid 1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tednmka1zvraznn1">
    <w:name w:val="Medium Grid 1 Accent 1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tednmka1zvraznn2">
    <w:name w:val="Medium Grid 1 Accent 2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tednmka1zvraznn3">
    <w:name w:val="Medium Grid 1 Accent 3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tednmka1zvraznn4">
    <w:name w:val="Medium Grid 1 Accent 4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tednmka1zvraznn5">
    <w:name w:val="Medium Grid 1 Accent 5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tednmka1zvraznn6">
    <w:name w:val="Medium Grid 1 Accent 6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tednmka2">
    <w:name w:val="Medium Grid 2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1">
    <w:name w:val="Medium Grid 2 Accent 1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2">
    <w:name w:val="Medium Grid 2 Accent 2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3">
    <w:name w:val="Medium Grid 2 Accent 3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4">
    <w:name w:val="Medium Grid 2 Accent 4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5">
    <w:name w:val="Medium Grid 2 Accent 5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6">
    <w:name w:val="Medium Grid 2 Accent 6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3">
    <w:name w:val="Medium Grid 3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Stednmka3zvraznn1">
    <w:name w:val="Medium Grid 3 Accent 1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Stednmka3zvraznn2">
    <w:name w:val="Medium Grid 3 Accent 2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Stednmka3zvraznn3">
    <w:name w:val="Medium Grid 3 Accent 3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Stednmka3zvraznn4">
    <w:name w:val="Medium Grid 3 Accent 4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Stednmka3zvraznn5">
    <w:name w:val="Medium Grid 3 Accent 5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Stednmka3zvraznn6">
    <w:name w:val="Medium Grid 3 Accent 6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Tmavseznam">
    <w:name w:val="Dark List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mavseznamzvraznn1">
    <w:name w:val="Dark List Accent 1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mavseznamzvraznn2">
    <w:name w:val="Dark List Accent 2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mavseznamzvraznn3">
    <w:name w:val="Dark List Accent 3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mavseznamzvraznn4">
    <w:name w:val="Dark List Accent 4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mavseznamzvraznn5">
    <w:name w:val="Dark List Accent 5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mavseznamzvraznn6">
    <w:name w:val="Dark List Accent 6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Barevnstnovn">
    <w:name w:val="Colorful Shading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1">
    <w:name w:val="Colorful Shading Accent 1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2">
    <w:name w:val="Colorful Shading Accent 2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3">
    <w:name w:val="Colorful Shading Accent 3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Barevnstnovnzvraznn4">
    <w:name w:val="Colorful Shading Accent 4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5">
    <w:name w:val="Colorful Shading Accent 5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6">
    <w:name w:val="Colorful Shading Accent 6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eznam">
    <w:name w:val="Colorful List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Barevnseznamzvraznn1">
    <w:name w:val="Colorful List Accent 1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Barevnseznamzvraznn2">
    <w:name w:val="Colorful List Accent 2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Barevnseznamzvraznn3">
    <w:name w:val="Colorful List Accent 3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Barevnseznamzvraznn4">
    <w:name w:val="Colorful List Accent 4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Barevnseznamzvraznn5">
    <w:name w:val="Colorful List Accent 5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Barevnseznamzvraznn6">
    <w:name w:val="Colorful List Accent 6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Barevnmka">
    <w:name w:val="Colorful Grid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Barevnmkazvraznn1">
    <w:name w:val="Colorful Grid Accent 1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Barevnmkazvraznn2">
    <w:name w:val="Colorful Grid Accent 2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Barevnmkazvraznn3">
    <w:name w:val="Colorful Grid Accent 3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Barevnmkazvraznn4">
    <w:name w:val="Colorful Grid Accent 4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Barevnmkazvraznn5">
    <w:name w:val="Colorful Grid Accent 5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Barevnmkazvraznn6">
    <w:name w:val="Colorful Grid Accent 6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1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750A31C-C1F4-4155-9A05-0D102E201D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129</Words>
  <Characters>766</Characters>
  <Application>Microsoft Office Word</Application>
  <DocSecurity>0</DocSecurity>
  <Lines>6</Lines>
  <Paragraphs>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DEK</Company>
  <LinksUpToDate>false</LinksUpToDate>
  <CharactersWithSpaces>894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python-docx</dc:creator>
  <dc:description>generated by python-docx</dc:description>
  <cp:lastModifiedBy>Ludvíček Jaroslav</cp:lastModifiedBy>
  <cp:revision>5</cp:revision>
  <dcterms:created xsi:type="dcterms:W3CDTF">2026-01-06T07:53:00Z</dcterms:created>
  <dcterms:modified xsi:type="dcterms:W3CDTF">2026-01-06T07:58:00Z</dcterms:modified>
</cp:coreProperties>
</file>